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163F7" w14:textId="77777777" w:rsidR="008E66E9" w:rsidRPr="00E73F3A" w:rsidRDefault="00A66A43">
      <w:pPr>
        <w:spacing w:after="20"/>
        <w:jc w:val="center"/>
        <w:rPr>
          <w:lang w:val="sv-SE"/>
        </w:rPr>
      </w:pPr>
      <w:r w:rsidRPr="00E73F3A">
        <w:rPr>
          <w:b/>
          <w:sz w:val="32"/>
          <w:lang w:val="sv-SE"/>
        </w:rPr>
        <w:t>ANSÖKAN OM ÄNDRING I HYRESLÄGENHET</w:t>
      </w:r>
    </w:p>
    <w:p w14:paraId="4254DBC3" w14:textId="77777777" w:rsidR="008E66E9" w:rsidRPr="00E73F3A" w:rsidRDefault="00A66A43">
      <w:pPr>
        <w:spacing w:after="80"/>
        <w:jc w:val="center"/>
        <w:rPr>
          <w:lang w:val="sv-SE"/>
        </w:rPr>
      </w:pPr>
      <w:r w:rsidRPr="00E73F3A">
        <w:rPr>
          <w:color w:val="2D3741"/>
          <w:lang w:val="sv-SE"/>
        </w:rPr>
        <w:t>Lämnas till styrelsen i BRF Skärmarbrink 4.</w:t>
      </w:r>
    </w:p>
    <w:p w14:paraId="58B4F302" w14:textId="77777777" w:rsidR="008E66E9" w:rsidRPr="00E73F3A" w:rsidRDefault="00A66A43">
      <w:pPr>
        <w:pStyle w:val="Rubrik1"/>
        <w:spacing w:before="120" w:after="60"/>
        <w:rPr>
          <w:color w:val="auto"/>
        </w:rPr>
      </w:pPr>
      <w:r w:rsidRPr="00E73F3A">
        <w:rPr>
          <w:rFonts w:ascii="Times New Roman" w:hAnsi="Times New Roman"/>
          <w:color w:val="auto"/>
        </w:rPr>
        <w:t>1. Hyresgäst och lägenhet</w:t>
      </w:r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4824"/>
        <w:gridCol w:w="4824"/>
      </w:tblGrid>
      <w:tr w:rsidR="008E66E9" w:rsidRPr="00E73F3A" w14:paraId="45950F30" w14:textId="77777777">
        <w:trPr>
          <w:jc w:val="center"/>
        </w:trPr>
        <w:tc>
          <w:tcPr>
            <w:tcW w:w="4824" w:type="dxa"/>
            <w:vAlign w:val="center"/>
          </w:tcPr>
          <w:p w14:paraId="30DB85EB" w14:textId="77777777" w:rsidR="008E66E9" w:rsidRPr="00E73F3A" w:rsidRDefault="00A66A43">
            <w:r w:rsidRPr="00E73F3A">
              <w:t>Namn:</w:t>
            </w:r>
            <w:r w:rsidRPr="00E73F3A">
              <w:br/>
            </w:r>
            <w:r w:rsidRPr="00E73F3A">
              <w:br/>
            </w:r>
          </w:p>
        </w:tc>
        <w:tc>
          <w:tcPr>
            <w:tcW w:w="4824" w:type="dxa"/>
            <w:vAlign w:val="center"/>
          </w:tcPr>
          <w:p w14:paraId="70AD5B50" w14:textId="77777777" w:rsidR="008E66E9" w:rsidRPr="00E73F3A" w:rsidRDefault="00A66A43">
            <w:r w:rsidRPr="00E73F3A">
              <w:t>Telefon och e post:</w:t>
            </w:r>
            <w:r w:rsidRPr="00E73F3A">
              <w:br/>
            </w:r>
            <w:r w:rsidRPr="00E73F3A">
              <w:br/>
            </w:r>
          </w:p>
        </w:tc>
      </w:tr>
      <w:tr w:rsidR="008E66E9" w:rsidRPr="00E73F3A" w14:paraId="4CE4A49F" w14:textId="77777777">
        <w:trPr>
          <w:jc w:val="center"/>
        </w:trPr>
        <w:tc>
          <w:tcPr>
            <w:tcW w:w="4824" w:type="dxa"/>
            <w:vAlign w:val="center"/>
          </w:tcPr>
          <w:p w14:paraId="0274797C" w14:textId="77777777" w:rsidR="008E66E9" w:rsidRPr="00E73F3A" w:rsidRDefault="00A66A43">
            <w:r w:rsidRPr="00E73F3A">
              <w:t>Adress:</w:t>
            </w:r>
            <w:r w:rsidRPr="00E73F3A">
              <w:br/>
            </w:r>
            <w:r w:rsidRPr="00E73F3A">
              <w:br/>
            </w:r>
          </w:p>
        </w:tc>
        <w:tc>
          <w:tcPr>
            <w:tcW w:w="4824" w:type="dxa"/>
            <w:vAlign w:val="center"/>
          </w:tcPr>
          <w:p w14:paraId="496543BE" w14:textId="77777777" w:rsidR="008E66E9" w:rsidRPr="00E73F3A" w:rsidRDefault="00A66A43">
            <w:r w:rsidRPr="00E73F3A">
              <w:t>Lägenhetsnummer:</w:t>
            </w:r>
            <w:r w:rsidRPr="00E73F3A">
              <w:br/>
            </w:r>
            <w:r w:rsidRPr="00E73F3A">
              <w:br/>
            </w:r>
          </w:p>
        </w:tc>
      </w:tr>
      <w:tr w:rsidR="008E66E9" w:rsidRPr="00E73F3A" w14:paraId="3013434F" w14:textId="77777777">
        <w:trPr>
          <w:jc w:val="center"/>
        </w:trPr>
        <w:tc>
          <w:tcPr>
            <w:tcW w:w="4824" w:type="dxa"/>
            <w:vAlign w:val="center"/>
          </w:tcPr>
          <w:p w14:paraId="7A8C3502" w14:textId="77777777" w:rsidR="008E66E9" w:rsidRPr="00E73F3A" w:rsidRDefault="00A66A43">
            <w:r w:rsidRPr="00E73F3A">
              <w:t>Datum:</w:t>
            </w:r>
            <w:r w:rsidRPr="00E73F3A">
              <w:br/>
            </w:r>
            <w:r w:rsidRPr="00E73F3A">
              <w:br/>
            </w:r>
          </w:p>
        </w:tc>
        <w:tc>
          <w:tcPr>
            <w:tcW w:w="4824" w:type="dxa"/>
            <w:vAlign w:val="center"/>
          </w:tcPr>
          <w:p w14:paraId="6FDA9857" w14:textId="77777777" w:rsidR="008E66E9" w:rsidRPr="00E73F3A" w:rsidRDefault="00A66A43">
            <w:r w:rsidRPr="00E73F3A">
              <w:t>Önskad tid för arbetet:</w:t>
            </w:r>
            <w:r w:rsidRPr="00E73F3A">
              <w:br/>
            </w:r>
            <w:r w:rsidRPr="00E73F3A">
              <w:br/>
            </w:r>
          </w:p>
        </w:tc>
      </w:tr>
    </w:tbl>
    <w:p w14:paraId="6E09F15B" w14:textId="77777777" w:rsidR="008E66E9" w:rsidRPr="00E73F3A" w:rsidRDefault="00A66A43">
      <w:pPr>
        <w:pStyle w:val="Rubrik1"/>
        <w:spacing w:before="120" w:after="60"/>
        <w:rPr>
          <w:color w:val="auto"/>
        </w:rPr>
      </w:pPr>
      <w:r w:rsidRPr="00E73F3A">
        <w:rPr>
          <w:rFonts w:ascii="Times New Roman" w:hAnsi="Times New Roman"/>
          <w:color w:val="auto"/>
        </w:rPr>
        <w:t>2. Planerad ändring</w:t>
      </w:r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10358"/>
      </w:tblGrid>
      <w:tr w:rsidR="008E66E9" w:rsidRPr="00676772" w14:paraId="73D0EABC" w14:textId="77777777">
        <w:trPr>
          <w:jc w:val="center"/>
        </w:trPr>
        <w:tc>
          <w:tcPr>
            <w:tcW w:w="10368" w:type="dxa"/>
          </w:tcPr>
          <w:p w14:paraId="0E7D3117" w14:textId="77777777" w:rsidR="008E66E9" w:rsidRPr="00E73F3A" w:rsidRDefault="00A66A43">
            <w:pPr>
              <w:rPr>
                <w:lang w:val="sv-SE"/>
              </w:rPr>
            </w:pPr>
            <w:r w:rsidRPr="00E73F3A">
              <w:rPr>
                <w:lang w:val="sv-SE"/>
              </w:rPr>
              <w:t>Beskriv vilka ändringar du vill göra, var i lägenheten de ska utföras och hur arbetet är tänkt att genomföras:</w:t>
            </w:r>
            <w:r w:rsidRPr="00E73F3A">
              <w:rPr>
                <w:lang w:val="sv-SE"/>
              </w:rPr>
              <w:br/>
            </w:r>
            <w:r w:rsidRPr="00E73F3A">
              <w:rPr>
                <w:lang w:val="sv-SE"/>
              </w:rPr>
              <w:br/>
            </w:r>
            <w:r w:rsidRPr="00E73F3A">
              <w:rPr>
                <w:lang w:val="sv-SE"/>
              </w:rPr>
              <w:br/>
            </w:r>
            <w:r w:rsidRPr="00E73F3A">
              <w:rPr>
                <w:lang w:val="sv-SE"/>
              </w:rPr>
              <w:br/>
            </w:r>
            <w:r w:rsidRPr="00E73F3A">
              <w:rPr>
                <w:lang w:val="sv-SE"/>
              </w:rPr>
              <w:br/>
            </w:r>
            <w:r w:rsidRPr="00E73F3A">
              <w:rPr>
                <w:lang w:val="sv-SE"/>
              </w:rPr>
              <w:br/>
            </w:r>
          </w:p>
        </w:tc>
      </w:tr>
      <w:tr w:rsidR="008E66E9" w:rsidRPr="00676772" w14:paraId="5860CB12" w14:textId="77777777">
        <w:trPr>
          <w:jc w:val="center"/>
        </w:trPr>
        <w:tc>
          <w:tcPr>
            <w:tcW w:w="10368" w:type="dxa"/>
          </w:tcPr>
          <w:p w14:paraId="30CA3505" w14:textId="77777777" w:rsidR="008E66E9" w:rsidRPr="00E73F3A" w:rsidRDefault="00A66A43">
            <w:pPr>
              <w:rPr>
                <w:lang w:val="sv-SE"/>
              </w:rPr>
            </w:pPr>
            <w:r w:rsidRPr="00E73F3A">
              <w:rPr>
                <w:lang w:val="sv-SE"/>
              </w:rPr>
              <w:t>Vem ska utföra arbetet? Ange gärna företag och kontaktuppgifter:</w:t>
            </w:r>
            <w:r w:rsidRPr="00E73F3A">
              <w:rPr>
                <w:lang w:val="sv-SE"/>
              </w:rPr>
              <w:br/>
            </w:r>
            <w:r w:rsidRPr="00E73F3A">
              <w:rPr>
                <w:lang w:val="sv-SE"/>
              </w:rPr>
              <w:br/>
            </w:r>
            <w:r w:rsidRPr="00E73F3A">
              <w:rPr>
                <w:lang w:val="sv-SE"/>
              </w:rPr>
              <w:br/>
            </w:r>
          </w:p>
        </w:tc>
      </w:tr>
    </w:tbl>
    <w:p w14:paraId="145B4B9B" w14:textId="77777777" w:rsidR="008E66E9" w:rsidRPr="00E73F3A" w:rsidRDefault="00A66A43">
      <w:pPr>
        <w:spacing w:before="60" w:after="40"/>
        <w:rPr>
          <w:lang w:val="sv-SE"/>
        </w:rPr>
      </w:pPr>
      <w:r w:rsidRPr="00E73F3A">
        <w:rPr>
          <w:lang w:val="sv-SE"/>
        </w:rPr>
        <w:t xml:space="preserve">Bifogas vid behov:  ☐ </w:t>
      </w:r>
      <w:proofErr w:type="gramStart"/>
      <w:r w:rsidRPr="00E73F3A">
        <w:rPr>
          <w:lang w:val="sv-SE"/>
        </w:rPr>
        <w:t>Foto  ☐</w:t>
      </w:r>
      <w:proofErr w:type="gramEnd"/>
      <w:r w:rsidRPr="00E73F3A">
        <w:rPr>
          <w:lang w:val="sv-SE"/>
        </w:rPr>
        <w:t xml:space="preserve"> Skiss/</w:t>
      </w:r>
      <w:proofErr w:type="gramStart"/>
      <w:r w:rsidRPr="00E73F3A">
        <w:rPr>
          <w:lang w:val="sv-SE"/>
        </w:rPr>
        <w:t>ritning  ☐</w:t>
      </w:r>
      <w:proofErr w:type="gramEnd"/>
      <w:r w:rsidRPr="00E73F3A">
        <w:rPr>
          <w:lang w:val="sv-SE"/>
        </w:rPr>
        <w:t xml:space="preserve"> Annat: __________________________</w:t>
      </w:r>
    </w:p>
    <w:p w14:paraId="0D703987" w14:textId="77777777" w:rsidR="008E66E9" w:rsidRPr="00E73F3A" w:rsidRDefault="00A66A43">
      <w:pPr>
        <w:pStyle w:val="Rubrik1"/>
        <w:spacing w:before="120" w:after="60"/>
        <w:rPr>
          <w:color w:val="auto"/>
          <w:lang w:val="sv-SE"/>
        </w:rPr>
      </w:pPr>
      <w:r w:rsidRPr="00E73F3A">
        <w:rPr>
          <w:rFonts w:ascii="Times New Roman" w:hAnsi="Times New Roman"/>
          <w:color w:val="auto"/>
          <w:lang w:val="sv-SE"/>
        </w:rPr>
        <w:t>3. Hyresvärdens egendom</w:t>
      </w:r>
    </w:p>
    <w:p w14:paraId="255B96B5" w14:textId="77777777" w:rsidR="008E66E9" w:rsidRPr="00E73F3A" w:rsidRDefault="00A66A43">
      <w:pPr>
        <w:spacing w:after="60"/>
        <w:rPr>
          <w:lang w:val="sv-SE"/>
        </w:rPr>
      </w:pPr>
      <w:r w:rsidRPr="00E73F3A">
        <w:rPr>
          <w:lang w:val="sv-SE"/>
        </w:rPr>
        <w:t>Utrustning och inredning som tillhör hyresvärden, exempelvis vitvaror, får inte kastas eller avlägsnas utan skriftligt godkännande.</w:t>
      </w:r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10358"/>
      </w:tblGrid>
      <w:tr w:rsidR="008E66E9" w:rsidRPr="00E73F3A" w14:paraId="42B365FF" w14:textId="77777777">
        <w:trPr>
          <w:jc w:val="center"/>
        </w:trPr>
        <w:tc>
          <w:tcPr>
            <w:tcW w:w="10368" w:type="dxa"/>
            <w:vAlign w:val="center"/>
          </w:tcPr>
          <w:p w14:paraId="45B16D1A" w14:textId="77777777" w:rsidR="008E66E9" w:rsidRPr="00E73F3A" w:rsidRDefault="00A66A43">
            <w:r w:rsidRPr="00E73F3A">
              <w:rPr>
                <w:lang w:val="sv-SE"/>
              </w:rPr>
              <w:t>☐ Jag bekräftar att jag sparar och förvarar utrustning som tillhör hyresvärden på ett säkert sätt, om inte annat skriftligen överenskommits.</w:t>
            </w:r>
            <w:r w:rsidRPr="00E73F3A">
              <w:rPr>
                <w:lang w:val="sv-SE"/>
              </w:rPr>
              <w:br/>
            </w:r>
            <w:r w:rsidRPr="00E73F3A">
              <w:rPr>
                <w:lang w:val="sv-SE"/>
              </w:rPr>
              <w:br/>
            </w:r>
            <w:proofErr w:type="spellStart"/>
            <w:r w:rsidRPr="00E73F3A">
              <w:t>Utrustning</w:t>
            </w:r>
            <w:proofErr w:type="spellEnd"/>
            <w:r w:rsidRPr="00E73F3A">
              <w:t xml:space="preserve"> </w:t>
            </w:r>
            <w:proofErr w:type="spellStart"/>
            <w:r w:rsidRPr="00E73F3A">
              <w:t>som</w:t>
            </w:r>
            <w:proofErr w:type="spellEnd"/>
            <w:r w:rsidRPr="00E73F3A">
              <w:t xml:space="preserve"> </w:t>
            </w:r>
            <w:proofErr w:type="spellStart"/>
            <w:r w:rsidRPr="00E73F3A">
              <w:t>berörs</w:t>
            </w:r>
            <w:proofErr w:type="spellEnd"/>
            <w:r w:rsidRPr="00E73F3A">
              <w:t xml:space="preserve"> och planerad förvaring:</w:t>
            </w:r>
            <w:r w:rsidRPr="00E73F3A">
              <w:br/>
            </w:r>
            <w:r w:rsidRPr="00E73F3A">
              <w:br/>
            </w:r>
          </w:p>
        </w:tc>
      </w:tr>
    </w:tbl>
    <w:p w14:paraId="775CC286" w14:textId="77777777" w:rsidR="008E66E9" w:rsidRPr="00E73F3A" w:rsidRDefault="00A66A43">
      <w:pPr>
        <w:pStyle w:val="Rubrik1"/>
        <w:spacing w:before="120" w:after="60"/>
        <w:rPr>
          <w:color w:val="auto"/>
        </w:rPr>
      </w:pPr>
      <w:r w:rsidRPr="00E73F3A">
        <w:rPr>
          <w:rFonts w:ascii="Times New Roman" w:hAnsi="Times New Roman"/>
          <w:color w:val="auto"/>
        </w:rPr>
        <w:t>4. Hyresgästens bekräftelse</w:t>
      </w:r>
    </w:p>
    <w:p w14:paraId="3C9F752F" w14:textId="0BD8882E" w:rsidR="008E66E9" w:rsidRDefault="00A66A43">
      <w:pPr>
        <w:spacing w:after="60"/>
        <w:rPr>
          <w:lang w:val="sv-SE"/>
        </w:rPr>
      </w:pPr>
      <w:r w:rsidRPr="00E73F3A">
        <w:rPr>
          <w:lang w:val="sv-SE"/>
        </w:rPr>
        <w:t xml:space="preserve">☐ Jag intygar att uppgifterna är korrekta och påbörjar </w:t>
      </w:r>
      <w:r w:rsidRPr="00E73F3A">
        <w:rPr>
          <w:b/>
          <w:bCs/>
          <w:u w:val="single"/>
          <w:lang w:val="sv-SE"/>
        </w:rPr>
        <w:t>inte</w:t>
      </w:r>
      <w:r w:rsidRPr="00E73F3A">
        <w:rPr>
          <w:lang w:val="sv-SE"/>
        </w:rPr>
        <w:t xml:space="preserve"> arbetet innan skriftligt godkännande</w:t>
      </w:r>
      <w:r w:rsidR="00E73F3A" w:rsidRPr="00E73F3A">
        <w:rPr>
          <w:lang w:val="sv-SE"/>
        </w:rPr>
        <w:t xml:space="preserve"> från styrelsen</w:t>
      </w:r>
      <w:r w:rsidRPr="00E73F3A">
        <w:rPr>
          <w:lang w:val="sv-SE"/>
        </w:rPr>
        <w:t xml:space="preserve"> har lämnats.</w:t>
      </w:r>
      <w:r w:rsidR="00676772">
        <w:rPr>
          <w:lang w:val="sv-SE"/>
        </w:rPr>
        <w:t xml:space="preserve"> </w:t>
      </w:r>
    </w:p>
    <w:p w14:paraId="7DE4A3CF" w14:textId="4C89FF0B" w:rsidR="00676772" w:rsidRPr="00676772" w:rsidRDefault="00676772" w:rsidP="00676772">
      <w:pPr>
        <w:spacing w:after="60"/>
        <w:rPr>
          <w:lang w:val="sv-SE"/>
        </w:rPr>
      </w:pPr>
      <w:r w:rsidRPr="00E73F3A">
        <w:rPr>
          <w:lang w:val="sv-SE"/>
        </w:rPr>
        <w:t>☐</w:t>
      </w:r>
      <w:r>
        <w:rPr>
          <w:lang w:val="sv-SE"/>
        </w:rPr>
        <w:t xml:space="preserve"> </w:t>
      </w:r>
      <w:r w:rsidRPr="00676772">
        <w:rPr>
          <w:lang w:val="sv-SE"/>
        </w:rPr>
        <w:t>Jag bekräftar att jag är medveten om att samtliga kostnader för de sökta ändringarna bekostas av mig som hyresgäst.</w:t>
      </w:r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4824"/>
        <w:gridCol w:w="4824"/>
      </w:tblGrid>
      <w:tr w:rsidR="008E66E9" w:rsidRPr="00E73F3A" w14:paraId="1DF22078" w14:textId="77777777">
        <w:trPr>
          <w:jc w:val="center"/>
        </w:trPr>
        <w:tc>
          <w:tcPr>
            <w:tcW w:w="4824" w:type="dxa"/>
            <w:vAlign w:val="center"/>
          </w:tcPr>
          <w:p w14:paraId="4C5F5222" w14:textId="77777777" w:rsidR="008E66E9" w:rsidRPr="00E73F3A" w:rsidRDefault="00A66A43">
            <w:proofErr w:type="spellStart"/>
            <w:r w:rsidRPr="00E73F3A">
              <w:t>Hyresgästens</w:t>
            </w:r>
            <w:proofErr w:type="spellEnd"/>
            <w:r w:rsidRPr="00E73F3A">
              <w:t xml:space="preserve"> </w:t>
            </w:r>
            <w:proofErr w:type="spellStart"/>
            <w:r w:rsidRPr="00E73F3A">
              <w:t>underskrift</w:t>
            </w:r>
            <w:proofErr w:type="spellEnd"/>
            <w:r w:rsidRPr="00E73F3A">
              <w:t>:</w:t>
            </w:r>
            <w:r w:rsidRPr="00E73F3A">
              <w:br/>
            </w:r>
            <w:r w:rsidRPr="00E73F3A">
              <w:br/>
            </w:r>
          </w:p>
        </w:tc>
        <w:tc>
          <w:tcPr>
            <w:tcW w:w="4824" w:type="dxa"/>
            <w:vAlign w:val="center"/>
          </w:tcPr>
          <w:p w14:paraId="7FDEB5D1" w14:textId="77777777" w:rsidR="008E66E9" w:rsidRPr="00E73F3A" w:rsidRDefault="00A66A43">
            <w:r w:rsidRPr="00E73F3A">
              <w:t>Namnförtydligande och datum:</w:t>
            </w:r>
            <w:r w:rsidRPr="00E73F3A">
              <w:br/>
            </w:r>
            <w:r w:rsidRPr="00E73F3A">
              <w:br/>
            </w:r>
          </w:p>
        </w:tc>
      </w:tr>
    </w:tbl>
    <w:p w14:paraId="6CD453B6" w14:textId="77777777" w:rsidR="008E66E9" w:rsidRPr="00E73F3A" w:rsidRDefault="00A66A43">
      <w:pPr>
        <w:pStyle w:val="Rubrik1"/>
        <w:spacing w:before="120" w:after="60"/>
        <w:rPr>
          <w:color w:val="auto"/>
        </w:rPr>
      </w:pPr>
      <w:r w:rsidRPr="00E73F3A">
        <w:rPr>
          <w:rFonts w:ascii="Times New Roman" w:hAnsi="Times New Roman"/>
          <w:color w:val="auto"/>
        </w:rPr>
        <w:t>5. Styrelsens beslut</w:t>
      </w:r>
    </w:p>
    <w:p w14:paraId="289C6F32" w14:textId="77777777" w:rsidR="008E66E9" w:rsidRPr="00E73F3A" w:rsidRDefault="00A66A43">
      <w:pPr>
        <w:spacing w:after="0"/>
      </w:pPr>
      <w:r w:rsidRPr="00E73F3A">
        <w:t>☐ Godkänns</w:t>
      </w:r>
    </w:p>
    <w:p w14:paraId="1462913B" w14:textId="77777777" w:rsidR="008E66E9" w:rsidRPr="00E73F3A" w:rsidRDefault="00A66A43">
      <w:pPr>
        <w:spacing w:after="0"/>
      </w:pPr>
      <w:r w:rsidRPr="00E73F3A">
        <w:t>☐ Godkänns med villkor</w:t>
      </w:r>
    </w:p>
    <w:p w14:paraId="246A4386" w14:textId="77777777" w:rsidR="008E66E9" w:rsidRPr="00E73F3A" w:rsidRDefault="00A66A43">
      <w:pPr>
        <w:spacing w:after="0"/>
      </w:pPr>
      <w:r w:rsidRPr="00E73F3A">
        <w:t>☐ Avslås</w:t>
      </w:r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4820"/>
        <w:gridCol w:w="5538"/>
      </w:tblGrid>
      <w:tr w:rsidR="008E66E9" w:rsidRPr="00676772" w14:paraId="60FA94DE" w14:textId="77777777">
        <w:trPr>
          <w:jc w:val="center"/>
        </w:trPr>
        <w:tc>
          <w:tcPr>
            <w:tcW w:w="10368" w:type="dxa"/>
            <w:gridSpan w:val="2"/>
            <w:vAlign w:val="center"/>
          </w:tcPr>
          <w:p w14:paraId="1BAD4346" w14:textId="77777777" w:rsidR="008E66E9" w:rsidRPr="00E73F3A" w:rsidRDefault="00A66A43">
            <w:pPr>
              <w:rPr>
                <w:lang w:val="sv-SE"/>
              </w:rPr>
            </w:pPr>
            <w:r w:rsidRPr="00E73F3A">
              <w:rPr>
                <w:lang w:val="sv-SE"/>
              </w:rPr>
              <w:t>Villkor eller motivering till avslag:</w:t>
            </w:r>
            <w:r w:rsidRPr="00E73F3A">
              <w:rPr>
                <w:lang w:val="sv-SE"/>
              </w:rPr>
              <w:br/>
            </w:r>
            <w:r w:rsidRPr="00E73F3A">
              <w:rPr>
                <w:lang w:val="sv-SE"/>
              </w:rPr>
              <w:br/>
            </w:r>
            <w:r w:rsidRPr="00E73F3A">
              <w:rPr>
                <w:lang w:val="sv-SE"/>
              </w:rPr>
              <w:br/>
            </w:r>
          </w:p>
        </w:tc>
      </w:tr>
      <w:tr w:rsidR="008E66E9" w:rsidRPr="00E73F3A" w14:paraId="14095637" w14:textId="77777777" w:rsidTr="00E73F3A">
        <w:trPr>
          <w:jc w:val="center"/>
        </w:trPr>
        <w:tc>
          <w:tcPr>
            <w:tcW w:w="4824" w:type="dxa"/>
            <w:vAlign w:val="center"/>
          </w:tcPr>
          <w:p w14:paraId="082DEA95" w14:textId="77777777" w:rsidR="008E66E9" w:rsidRPr="00E73F3A" w:rsidRDefault="00A66A43">
            <w:proofErr w:type="spellStart"/>
            <w:r w:rsidRPr="00E73F3A">
              <w:t>Beslutsdatum</w:t>
            </w:r>
            <w:proofErr w:type="spellEnd"/>
            <w:r w:rsidRPr="00E73F3A">
              <w:t>:</w:t>
            </w:r>
            <w:r w:rsidRPr="00E73F3A">
              <w:br/>
            </w:r>
            <w:r w:rsidRPr="00E73F3A">
              <w:br/>
            </w:r>
          </w:p>
        </w:tc>
        <w:tc>
          <w:tcPr>
            <w:tcW w:w="5544" w:type="dxa"/>
            <w:vAlign w:val="center"/>
          </w:tcPr>
          <w:p w14:paraId="648D191D" w14:textId="77777777" w:rsidR="008E66E9" w:rsidRPr="00E73F3A" w:rsidRDefault="00A66A43">
            <w:r w:rsidRPr="00E73F3A">
              <w:t>Beslut fattat av:</w:t>
            </w:r>
            <w:r w:rsidRPr="00E73F3A">
              <w:br/>
            </w:r>
            <w:r w:rsidRPr="00E73F3A">
              <w:br/>
            </w:r>
          </w:p>
        </w:tc>
      </w:tr>
    </w:tbl>
    <w:p w14:paraId="7405C722" w14:textId="78E42C22" w:rsidR="008E66E9" w:rsidRPr="00E73F3A" w:rsidRDefault="008E66E9">
      <w:pPr>
        <w:spacing w:before="100" w:after="0"/>
        <w:rPr>
          <w:lang w:val="sv-SE"/>
        </w:rPr>
      </w:pPr>
    </w:p>
    <w:sectPr w:rsidR="008E66E9" w:rsidRPr="00E73F3A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DB57676"/>
    <w:multiLevelType w:val="hybridMultilevel"/>
    <w:tmpl w:val="AE9416C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957958">
    <w:abstractNumId w:val="8"/>
  </w:num>
  <w:num w:numId="2" w16cid:durableId="168376909">
    <w:abstractNumId w:val="6"/>
  </w:num>
  <w:num w:numId="3" w16cid:durableId="849836484">
    <w:abstractNumId w:val="5"/>
  </w:num>
  <w:num w:numId="4" w16cid:durableId="1165323922">
    <w:abstractNumId w:val="4"/>
  </w:num>
  <w:num w:numId="5" w16cid:durableId="212890804">
    <w:abstractNumId w:val="7"/>
  </w:num>
  <w:num w:numId="6" w16cid:durableId="1563708909">
    <w:abstractNumId w:val="3"/>
  </w:num>
  <w:num w:numId="7" w16cid:durableId="2098477601">
    <w:abstractNumId w:val="2"/>
  </w:num>
  <w:num w:numId="8" w16cid:durableId="42871641">
    <w:abstractNumId w:val="1"/>
  </w:num>
  <w:num w:numId="9" w16cid:durableId="585653850">
    <w:abstractNumId w:val="0"/>
  </w:num>
  <w:num w:numId="10" w16cid:durableId="15981277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627"/>
    <w:rsid w:val="0006063C"/>
    <w:rsid w:val="0015074B"/>
    <w:rsid w:val="0029639D"/>
    <w:rsid w:val="00326F90"/>
    <w:rsid w:val="00676772"/>
    <w:rsid w:val="00882F14"/>
    <w:rsid w:val="008E66E9"/>
    <w:rsid w:val="00A66A43"/>
    <w:rsid w:val="00AA1D8D"/>
    <w:rsid w:val="00B47730"/>
    <w:rsid w:val="00CB0664"/>
    <w:rsid w:val="00E73F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783C15"/>
  <w14:defaultImageDpi w14:val="300"/>
  <w15:docId w15:val="{452BBFBF-CC32-45FB-BD52-6C1195DE8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3D5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3D52"/>
      <w:spacing w:val="5"/>
      <w:kern w:val="28"/>
      <w:sz w:val="34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b">
    <w:name w:val="Normal (Web)"/>
    <w:basedOn w:val="Normal"/>
    <w:uiPriority w:val="99"/>
    <w:semiHidden/>
    <w:unhideWhenUsed/>
    <w:rsid w:val="00676772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1105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Elsa Dahlgren</cp:lastModifiedBy>
  <cp:revision>2</cp:revision>
  <dcterms:created xsi:type="dcterms:W3CDTF">2026-10-15T17:31:00Z</dcterms:created>
  <dcterms:modified xsi:type="dcterms:W3CDTF">2026-10-15T17:31:00Z</dcterms:modified>
  <cp:category/>
</cp:coreProperties>
</file>